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4CC069D" w14:textId="01CA24B8" w:rsidR="00625966" w:rsidRPr="00436924" w:rsidRDefault="00000000">
      <w:pPr>
        <w:jc w:val="center"/>
        <w:rPr>
          <w:rFonts w:ascii="Dubai" w:hAnsi="Dubai" w:cs="Dubai" w:hint="cs"/>
          <w:b/>
          <w:sz w:val="36"/>
        </w:rPr>
      </w:pPr>
      <w:r w:rsidRPr="00436924">
        <w:rPr>
          <w:rFonts w:ascii="Dubai" w:hAnsi="Dubai" w:cs="Dubai" w:hint="cs"/>
          <w:b/>
          <w:sz w:val="36"/>
        </w:rPr>
        <w:t>PROJECT CHECKLIST</w:t>
      </w:r>
    </w:p>
    <w:p w14:paraId="23A546A8" w14:textId="4B16E730" w:rsidR="009E4296" w:rsidRPr="00436924" w:rsidRDefault="009E4296">
      <w:pPr>
        <w:jc w:val="center"/>
        <w:rPr>
          <w:rFonts w:ascii="Dubai" w:hAnsi="Dubai" w:cs="Dubai" w:hint="cs"/>
        </w:rPr>
      </w:pPr>
      <w:r w:rsidRPr="00436924">
        <w:rPr>
          <w:rFonts w:ascii="Dubai" w:hAnsi="Dubai" w:cs="Dubai" w:hint="cs"/>
          <w:b/>
          <w:sz w:val="36"/>
        </w:rPr>
        <w:t xml:space="preserve">by Ruth Simpson and Mailys </w:t>
      </w:r>
      <w:proofErr w:type="spellStart"/>
      <w:r w:rsidRPr="00436924">
        <w:rPr>
          <w:rFonts w:ascii="Dubai" w:hAnsi="Dubai" w:cs="Dubai" w:hint="cs"/>
          <w:b/>
          <w:sz w:val="36"/>
        </w:rPr>
        <w:t>Cardonne</w:t>
      </w:r>
      <w:proofErr w:type="spellEnd"/>
    </w:p>
    <w:p w14:paraId="42266D88" w14:textId="026D72B7" w:rsidR="00625966" w:rsidRPr="00436924" w:rsidRDefault="00625966">
      <w:pPr>
        <w:jc w:val="center"/>
        <w:rPr>
          <w:rFonts w:ascii="Dubai" w:hAnsi="Dubai" w:cs="Dubai" w:hint="cs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72"/>
        <w:gridCol w:w="648"/>
        <w:gridCol w:w="5688"/>
      </w:tblGrid>
      <w:tr w:rsidR="00625966" w:rsidRPr="00436924" w14:paraId="6BB4B45E" w14:textId="77777777">
        <w:trPr>
          <w:trHeight w:val="420"/>
          <w:jc w:val="center"/>
        </w:trPr>
        <w:tc>
          <w:tcPr>
            <w:tcW w:w="367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5744D299" w14:textId="77777777" w:rsidR="00625966" w:rsidRPr="00436924" w:rsidRDefault="00000000" w:rsidP="00436924">
            <w:pPr>
              <w:jc w:val="center"/>
              <w:rPr>
                <w:rFonts w:ascii="Dubai" w:hAnsi="Dubai" w:cs="Dubai" w:hint="cs"/>
              </w:rPr>
            </w:pPr>
            <w:r w:rsidRPr="00436924">
              <w:rPr>
                <w:rFonts w:ascii="Dubai" w:hAnsi="Dubai" w:cs="Dubai" w:hint="cs"/>
                <w:b/>
              </w:rPr>
              <w:t>Requirement</w:t>
            </w:r>
          </w:p>
        </w:tc>
        <w:tc>
          <w:tcPr>
            <w:tcW w:w="64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06500968" w14:textId="77777777" w:rsidR="00625966" w:rsidRPr="00436924" w:rsidRDefault="00000000" w:rsidP="00436924">
            <w:pPr>
              <w:jc w:val="center"/>
              <w:rPr>
                <w:rFonts w:ascii="Dubai" w:hAnsi="Dubai" w:cs="Dubai" w:hint="cs"/>
              </w:rPr>
            </w:pPr>
            <w:r w:rsidRPr="00436924">
              <w:rPr>
                <w:rFonts w:ascii="Segoe UI Symbol" w:hAnsi="Segoe UI Symbol" w:cs="Segoe UI Symbol"/>
                <w:b/>
              </w:rPr>
              <w:t>✓</w:t>
            </w:r>
          </w:p>
        </w:tc>
        <w:tc>
          <w:tcPr>
            <w:tcW w:w="568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47859BBE" w14:textId="77777777" w:rsidR="00625966" w:rsidRPr="00436924" w:rsidRDefault="00000000" w:rsidP="00436924">
            <w:pPr>
              <w:jc w:val="center"/>
              <w:rPr>
                <w:rFonts w:ascii="Dubai" w:hAnsi="Dubai" w:cs="Dubai" w:hint="cs"/>
              </w:rPr>
            </w:pPr>
            <w:r w:rsidRPr="00436924">
              <w:rPr>
                <w:rFonts w:ascii="Dubai" w:hAnsi="Dubai" w:cs="Dubai" w:hint="cs"/>
                <w:b/>
              </w:rPr>
              <w:t>Details / notes</w:t>
            </w:r>
          </w:p>
        </w:tc>
      </w:tr>
      <w:tr w:rsidR="00625966" w:rsidRPr="00436924" w14:paraId="71829527" w14:textId="77777777">
        <w:trPr>
          <w:trHeight w:val="420"/>
          <w:jc w:val="center"/>
        </w:trPr>
        <w:tc>
          <w:tcPr>
            <w:tcW w:w="367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0E786D04" w14:textId="77777777" w:rsidR="00625966" w:rsidRPr="00436924" w:rsidRDefault="00000000">
            <w:pPr>
              <w:rPr>
                <w:rFonts w:ascii="Dubai" w:hAnsi="Dubai" w:cs="Dubai" w:hint="cs"/>
              </w:rPr>
            </w:pPr>
            <w:r w:rsidRPr="00436924">
              <w:rPr>
                <w:rFonts w:ascii="Dubai" w:hAnsi="Dubai" w:cs="Dubai" w:hint="cs"/>
              </w:rPr>
              <w:t>Project name</w:t>
            </w:r>
          </w:p>
        </w:tc>
        <w:tc>
          <w:tcPr>
            <w:tcW w:w="64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3CFAF776" w14:textId="77777777" w:rsidR="00625966" w:rsidRPr="00436924" w:rsidRDefault="00000000">
            <w:pPr>
              <w:jc w:val="center"/>
              <w:rPr>
                <w:rFonts w:ascii="Dubai" w:hAnsi="Dubai" w:cs="Dubai" w:hint="cs"/>
              </w:rPr>
            </w:pPr>
            <w:r w:rsidRPr="00436924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568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02F44EE0" w14:textId="77777777" w:rsidR="00625966" w:rsidRPr="00436924" w:rsidRDefault="00000000">
            <w:pPr>
              <w:rPr>
                <w:rFonts w:ascii="Dubai" w:hAnsi="Dubai" w:cs="Dubai" w:hint="cs"/>
              </w:rPr>
            </w:pPr>
            <w:r w:rsidRPr="00436924">
              <w:rPr>
                <w:rFonts w:ascii="Dubai" w:hAnsi="Dubai" w:cs="Dubai" w:hint="cs"/>
              </w:rPr>
              <w:t xml:space="preserve"> </w:t>
            </w:r>
          </w:p>
        </w:tc>
      </w:tr>
      <w:tr w:rsidR="00625966" w:rsidRPr="00436924" w14:paraId="68ED132C" w14:textId="77777777">
        <w:trPr>
          <w:trHeight w:val="420"/>
          <w:jc w:val="center"/>
        </w:trPr>
        <w:tc>
          <w:tcPr>
            <w:tcW w:w="367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39A0F8B3" w14:textId="77777777" w:rsidR="00625966" w:rsidRPr="00436924" w:rsidRDefault="00000000">
            <w:pPr>
              <w:rPr>
                <w:rFonts w:ascii="Dubai" w:hAnsi="Dubai" w:cs="Dubai" w:hint="cs"/>
              </w:rPr>
            </w:pPr>
            <w:r w:rsidRPr="00436924">
              <w:rPr>
                <w:rFonts w:ascii="Dubai" w:hAnsi="Dubai" w:cs="Dubai" w:hint="cs"/>
              </w:rPr>
              <w:t>Source / target language</w:t>
            </w:r>
          </w:p>
        </w:tc>
        <w:tc>
          <w:tcPr>
            <w:tcW w:w="64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6F71BB46" w14:textId="77777777" w:rsidR="00625966" w:rsidRPr="00436924" w:rsidRDefault="00000000">
            <w:pPr>
              <w:jc w:val="center"/>
              <w:rPr>
                <w:rFonts w:ascii="Dubai" w:hAnsi="Dubai" w:cs="Dubai" w:hint="cs"/>
              </w:rPr>
            </w:pPr>
            <w:r w:rsidRPr="00436924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568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792A5ADF" w14:textId="77777777" w:rsidR="00625966" w:rsidRPr="00436924" w:rsidRDefault="00000000">
            <w:pPr>
              <w:rPr>
                <w:rFonts w:ascii="Dubai" w:hAnsi="Dubai" w:cs="Dubai" w:hint="cs"/>
              </w:rPr>
            </w:pPr>
            <w:r w:rsidRPr="00436924">
              <w:rPr>
                <w:rFonts w:ascii="Dubai" w:hAnsi="Dubai" w:cs="Dubai" w:hint="cs"/>
              </w:rPr>
              <w:t xml:space="preserve"> </w:t>
            </w:r>
          </w:p>
        </w:tc>
      </w:tr>
      <w:tr w:rsidR="00625966" w:rsidRPr="00436924" w14:paraId="2625DE6F" w14:textId="77777777">
        <w:trPr>
          <w:trHeight w:val="420"/>
          <w:jc w:val="center"/>
        </w:trPr>
        <w:tc>
          <w:tcPr>
            <w:tcW w:w="367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6A056A0E" w14:textId="77777777" w:rsidR="00625966" w:rsidRPr="00436924" w:rsidRDefault="00000000">
            <w:pPr>
              <w:rPr>
                <w:rFonts w:ascii="Dubai" w:hAnsi="Dubai" w:cs="Dubai" w:hint="cs"/>
              </w:rPr>
            </w:pPr>
            <w:r w:rsidRPr="00436924">
              <w:rPr>
                <w:rFonts w:ascii="Dubai" w:hAnsi="Dubai" w:cs="Dubai" w:hint="cs"/>
              </w:rPr>
              <w:t>Deadline &amp; time zone</w:t>
            </w:r>
          </w:p>
        </w:tc>
        <w:tc>
          <w:tcPr>
            <w:tcW w:w="64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6CC28A94" w14:textId="77777777" w:rsidR="00625966" w:rsidRPr="00436924" w:rsidRDefault="00000000">
            <w:pPr>
              <w:jc w:val="center"/>
              <w:rPr>
                <w:rFonts w:ascii="Dubai" w:hAnsi="Dubai" w:cs="Dubai" w:hint="cs"/>
              </w:rPr>
            </w:pPr>
            <w:r w:rsidRPr="00436924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568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7E4B3464" w14:textId="77777777" w:rsidR="00625966" w:rsidRPr="00436924" w:rsidRDefault="00000000">
            <w:pPr>
              <w:rPr>
                <w:rFonts w:ascii="Dubai" w:hAnsi="Dubai" w:cs="Dubai" w:hint="cs"/>
              </w:rPr>
            </w:pPr>
            <w:r w:rsidRPr="00436924">
              <w:rPr>
                <w:rFonts w:ascii="Dubai" w:hAnsi="Dubai" w:cs="Dubai" w:hint="cs"/>
              </w:rPr>
              <w:t xml:space="preserve"> </w:t>
            </w:r>
          </w:p>
        </w:tc>
      </w:tr>
      <w:tr w:rsidR="00625966" w:rsidRPr="00436924" w14:paraId="614C1799" w14:textId="77777777">
        <w:trPr>
          <w:trHeight w:val="420"/>
          <w:jc w:val="center"/>
        </w:trPr>
        <w:tc>
          <w:tcPr>
            <w:tcW w:w="367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15D316C7" w14:textId="77777777" w:rsidR="00625966" w:rsidRPr="00436924" w:rsidRDefault="00000000">
            <w:pPr>
              <w:rPr>
                <w:rFonts w:ascii="Dubai" w:hAnsi="Dubai" w:cs="Dubai" w:hint="cs"/>
              </w:rPr>
            </w:pPr>
            <w:r w:rsidRPr="00436924">
              <w:rPr>
                <w:rFonts w:ascii="Dubai" w:hAnsi="Dubai" w:cs="Dubai" w:hint="cs"/>
              </w:rPr>
              <w:t>File formats / layout</w:t>
            </w:r>
          </w:p>
        </w:tc>
        <w:tc>
          <w:tcPr>
            <w:tcW w:w="64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5E1D8A96" w14:textId="77777777" w:rsidR="00625966" w:rsidRPr="00436924" w:rsidRDefault="00000000">
            <w:pPr>
              <w:jc w:val="center"/>
              <w:rPr>
                <w:rFonts w:ascii="Dubai" w:hAnsi="Dubai" w:cs="Dubai" w:hint="cs"/>
              </w:rPr>
            </w:pPr>
            <w:r w:rsidRPr="00436924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568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2E5A8279" w14:textId="77777777" w:rsidR="00625966" w:rsidRPr="00436924" w:rsidRDefault="00000000">
            <w:pPr>
              <w:rPr>
                <w:rFonts w:ascii="Dubai" w:hAnsi="Dubai" w:cs="Dubai" w:hint="cs"/>
              </w:rPr>
            </w:pPr>
            <w:r w:rsidRPr="00436924">
              <w:rPr>
                <w:rFonts w:ascii="Dubai" w:hAnsi="Dubai" w:cs="Dubai" w:hint="cs"/>
              </w:rPr>
              <w:t xml:space="preserve"> </w:t>
            </w:r>
          </w:p>
        </w:tc>
      </w:tr>
      <w:tr w:rsidR="00625966" w:rsidRPr="00436924" w14:paraId="097E448B" w14:textId="77777777">
        <w:trPr>
          <w:trHeight w:val="420"/>
          <w:jc w:val="center"/>
        </w:trPr>
        <w:tc>
          <w:tcPr>
            <w:tcW w:w="367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3F3238E6" w14:textId="77777777" w:rsidR="00625966" w:rsidRPr="00436924" w:rsidRDefault="00000000">
            <w:pPr>
              <w:rPr>
                <w:rFonts w:ascii="Dubai" w:hAnsi="Dubai" w:cs="Dubai" w:hint="cs"/>
              </w:rPr>
            </w:pPr>
            <w:r w:rsidRPr="00436924">
              <w:rPr>
                <w:rFonts w:ascii="Dubai" w:hAnsi="Dubai" w:cs="Dubai" w:hint="cs"/>
              </w:rPr>
              <w:t>Price</w:t>
            </w:r>
          </w:p>
        </w:tc>
        <w:tc>
          <w:tcPr>
            <w:tcW w:w="64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04BDB41D" w14:textId="77777777" w:rsidR="00625966" w:rsidRPr="00436924" w:rsidRDefault="00000000">
            <w:pPr>
              <w:jc w:val="center"/>
              <w:rPr>
                <w:rFonts w:ascii="Dubai" w:hAnsi="Dubai" w:cs="Dubai" w:hint="cs"/>
              </w:rPr>
            </w:pPr>
            <w:r w:rsidRPr="00436924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568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7CB366DE" w14:textId="77777777" w:rsidR="00625966" w:rsidRPr="00436924" w:rsidRDefault="00000000">
            <w:pPr>
              <w:rPr>
                <w:rFonts w:ascii="Dubai" w:hAnsi="Dubai" w:cs="Dubai" w:hint="cs"/>
              </w:rPr>
            </w:pPr>
            <w:r w:rsidRPr="00436924">
              <w:rPr>
                <w:rFonts w:ascii="Dubai" w:hAnsi="Dubai" w:cs="Dubai" w:hint="cs"/>
              </w:rPr>
              <w:t xml:space="preserve"> </w:t>
            </w:r>
          </w:p>
        </w:tc>
      </w:tr>
      <w:tr w:rsidR="00625966" w:rsidRPr="00436924" w14:paraId="7A0AF931" w14:textId="77777777">
        <w:trPr>
          <w:trHeight w:val="420"/>
          <w:jc w:val="center"/>
        </w:trPr>
        <w:tc>
          <w:tcPr>
            <w:tcW w:w="367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4C183F91" w14:textId="77777777" w:rsidR="00625966" w:rsidRPr="00436924" w:rsidRDefault="00000000">
            <w:pPr>
              <w:rPr>
                <w:rFonts w:ascii="Dubai" w:hAnsi="Dubai" w:cs="Dubai" w:hint="cs"/>
              </w:rPr>
            </w:pPr>
            <w:r w:rsidRPr="00436924">
              <w:rPr>
                <w:rFonts w:ascii="Dubai" w:hAnsi="Dubai" w:cs="Dubai" w:hint="cs"/>
              </w:rPr>
              <w:t>Language variations</w:t>
            </w:r>
          </w:p>
        </w:tc>
        <w:tc>
          <w:tcPr>
            <w:tcW w:w="64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594B8AEC" w14:textId="77777777" w:rsidR="00625966" w:rsidRPr="00436924" w:rsidRDefault="00000000">
            <w:pPr>
              <w:jc w:val="center"/>
              <w:rPr>
                <w:rFonts w:ascii="Dubai" w:hAnsi="Dubai" w:cs="Dubai" w:hint="cs"/>
              </w:rPr>
            </w:pPr>
            <w:r w:rsidRPr="00436924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568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421D5321" w14:textId="77777777" w:rsidR="00625966" w:rsidRPr="00436924" w:rsidRDefault="00000000">
            <w:pPr>
              <w:rPr>
                <w:rFonts w:ascii="Dubai" w:hAnsi="Dubai" w:cs="Dubai" w:hint="cs"/>
              </w:rPr>
            </w:pPr>
            <w:r w:rsidRPr="00436924">
              <w:rPr>
                <w:rFonts w:ascii="Dubai" w:hAnsi="Dubai" w:cs="Dubai" w:hint="cs"/>
              </w:rPr>
              <w:t xml:space="preserve"> </w:t>
            </w:r>
          </w:p>
        </w:tc>
      </w:tr>
      <w:tr w:rsidR="00625966" w:rsidRPr="00436924" w14:paraId="7125C607" w14:textId="77777777">
        <w:trPr>
          <w:trHeight w:val="420"/>
          <w:jc w:val="center"/>
        </w:trPr>
        <w:tc>
          <w:tcPr>
            <w:tcW w:w="367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1206D5B3" w14:textId="77777777" w:rsidR="00625966" w:rsidRPr="00436924" w:rsidRDefault="00000000">
            <w:pPr>
              <w:rPr>
                <w:rFonts w:ascii="Dubai" w:hAnsi="Dubai" w:cs="Dubai" w:hint="cs"/>
              </w:rPr>
            </w:pPr>
            <w:r w:rsidRPr="00436924">
              <w:rPr>
                <w:rFonts w:ascii="Dubai" w:hAnsi="Dubai" w:cs="Dubai" w:hint="cs"/>
              </w:rPr>
              <w:t>Target audience / purpose / location</w:t>
            </w:r>
          </w:p>
        </w:tc>
        <w:tc>
          <w:tcPr>
            <w:tcW w:w="64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2B40E21C" w14:textId="77777777" w:rsidR="00625966" w:rsidRPr="00436924" w:rsidRDefault="00000000">
            <w:pPr>
              <w:jc w:val="center"/>
              <w:rPr>
                <w:rFonts w:ascii="Dubai" w:hAnsi="Dubai" w:cs="Dubai" w:hint="cs"/>
              </w:rPr>
            </w:pPr>
            <w:r w:rsidRPr="00436924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568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732F1AD8" w14:textId="77777777" w:rsidR="00625966" w:rsidRPr="00436924" w:rsidRDefault="00000000">
            <w:pPr>
              <w:rPr>
                <w:rFonts w:ascii="Dubai" w:hAnsi="Dubai" w:cs="Dubai" w:hint="cs"/>
              </w:rPr>
            </w:pPr>
            <w:r w:rsidRPr="00436924">
              <w:rPr>
                <w:rFonts w:ascii="Dubai" w:hAnsi="Dubai" w:cs="Dubai" w:hint="cs"/>
              </w:rPr>
              <w:t xml:space="preserve"> </w:t>
            </w:r>
          </w:p>
        </w:tc>
      </w:tr>
      <w:tr w:rsidR="00625966" w:rsidRPr="00436924" w14:paraId="070422D2" w14:textId="77777777">
        <w:trPr>
          <w:trHeight w:val="420"/>
          <w:jc w:val="center"/>
        </w:trPr>
        <w:tc>
          <w:tcPr>
            <w:tcW w:w="367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512AFA98" w14:textId="77777777" w:rsidR="00625966" w:rsidRPr="00436924" w:rsidRDefault="00000000">
            <w:pPr>
              <w:rPr>
                <w:rFonts w:ascii="Dubai" w:hAnsi="Dubai" w:cs="Dubai" w:hint="cs"/>
              </w:rPr>
            </w:pPr>
            <w:r w:rsidRPr="00436924">
              <w:rPr>
                <w:rFonts w:ascii="Dubai" w:hAnsi="Dubai" w:cs="Dubai" w:hint="cs"/>
              </w:rPr>
              <w:t>No-go words</w:t>
            </w:r>
          </w:p>
        </w:tc>
        <w:tc>
          <w:tcPr>
            <w:tcW w:w="64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78DC8364" w14:textId="77777777" w:rsidR="00625966" w:rsidRPr="00436924" w:rsidRDefault="00000000">
            <w:pPr>
              <w:jc w:val="center"/>
              <w:rPr>
                <w:rFonts w:ascii="Dubai" w:hAnsi="Dubai" w:cs="Dubai" w:hint="cs"/>
              </w:rPr>
            </w:pPr>
            <w:r w:rsidRPr="00436924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568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3EA97BEE" w14:textId="77777777" w:rsidR="00625966" w:rsidRPr="00436924" w:rsidRDefault="00000000">
            <w:pPr>
              <w:rPr>
                <w:rFonts w:ascii="Dubai" w:hAnsi="Dubai" w:cs="Dubai" w:hint="cs"/>
              </w:rPr>
            </w:pPr>
            <w:r w:rsidRPr="00436924">
              <w:rPr>
                <w:rFonts w:ascii="Dubai" w:hAnsi="Dubai" w:cs="Dubai" w:hint="cs"/>
              </w:rPr>
              <w:t xml:space="preserve"> </w:t>
            </w:r>
          </w:p>
        </w:tc>
      </w:tr>
      <w:tr w:rsidR="00625966" w:rsidRPr="00436924" w14:paraId="214D1662" w14:textId="77777777">
        <w:trPr>
          <w:trHeight w:val="420"/>
          <w:jc w:val="center"/>
        </w:trPr>
        <w:tc>
          <w:tcPr>
            <w:tcW w:w="367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44B87F19" w14:textId="77777777" w:rsidR="00625966" w:rsidRPr="00436924" w:rsidRDefault="00000000">
            <w:pPr>
              <w:rPr>
                <w:rFonts w:ascii="Dubai" w:hAnsi="Dubai" w:cs="Dubai" w:hint="cs"/>
              </w:rPr>
            </w:pPr>
            <w:r w:rsidRPr="00436924">
              <w:rPr>
                <w:rFonts w:ascii="Dubai" w:hAnsi="Dubai" w:cs="Dubai" w:hint="cs"/>
              </w:rPr>
              <w:t>Graphic charter / fonts</w:t>
            </w:r>
          </w:p>
        </w:tc>
        <w:tc>
          <w:tcPr>
            <w:tcW w:w="64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74F0AD62" w14:textId="77777777" w:rsidR="00625966" w:rsidRPr="00436924" w:rsidRDefault="00000000">
            <w:pPr>
              <w:jc w:val="center"/>
              <w:rPr>
                <w:rFonts w:ascii="Dubai" w:hAnsi="Dubai" w:cs="Dubai" w:hint="cs"/>
              </w:rPr>
            </w:pPr>
            <w:r w:rsidRPr="00436924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568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5038777F" w14:textId="77777777" w:rsidR="00625966" w:rsidRPr="00436924" w:rsidRDefault="00000000">
            <w:pPr>
              <w:rPr>
                <w:rFonts w:ascii="Dubai" w:hAnsi="Dubai" w:cs="Dubai" w:hint="cs"/>
              </w:rPr>
            </w:pPr>
            <w:r w:rsidRPr="00436924">
              <w:rPr>
                <w:rFonts w:ascii="Dubai" w:hAnsi="Dubai" w:cs="Dubai" w:hint="cs"/>
              </w:rPr>
              <w:t xml:space="preserve"> </w:t>
            </w:r>
          </w:p>
        </w:tc>
      </w:tr>
      <w:tr w:rsidR="00625966" w:rsidRPr="00436924" w14:paraId="1BE78455" w14:textId="77777777">
        <w:trPr>
          <w:trHeight w:val="420"/>
          <w:jc w:val="center"/>
        </w:trPr>
        <w:tc>
          <w:tcPr>
            <w:tcW w:w="367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25607FE0" w14:textId="77777777" w:rsidR="00625966" w:rsidRPr="00436924" w:rsidRDefault="00000000">
            <w:pPr>
              <w:rPr>
                <w:rFonts w:ascii="Dubai" w:hAnsi="Dubai" w:cs="Dubai" w:hint="cs"/>
              </w:rPr>
            </w:pPr>
            <w:r w:rsidRPr="00436924">
              <w:rPr>
                <w:rFonts w:ascii="Dubai" w:hAnsi="Dubai" w:cs="Dubai" w:hint="cs"/>
              </w:rPr>
              <w:t>Compliance (legal, medical, etc.)</w:t>
            </w:r>
          </w:p>
        </w:tc>
        <w:tc>
          <w:tcPr>
            <w:tcW w:w="64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021678CA" w14:textId="77777777" w:rsidR="00625966" w:rsidRPr="00436924" w:rsidRDefault="00000000">
            <w:pPr>
              <w:jc w:val="center"/>
              <w:rPr>
                <w:rFonts w:ascii="Dubai" w:hAnsi="Dubai" w:cs="Dubai" w:hint="cs"/>
              </w:rPr>
            </w:pPr>
            <w:r w:rsidRPr="00436924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568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33248AA4" w14:textId="77777777" w:rsidR="00625966" w:rsidRPr="00436924" w:rsidRDefault="00000000">
            <w:pPr>
              <w:rPr>
                <w:rFonts w:ascii="Dubai" w:hAnsi="Dubai" w:cs="Dubai" w:hint="cs"/>
              </w:rPr>
            </w:pPr>
            <w:r w:rsidRPr="00436924">
              <w:rPr>
                <w:rFonts w:ascii="Dubai" w:hAnsi="Dubai" w:cs="Dubai" w:hint="cs"/>
              </w:rPr>
              <w:t xml:space="preserve"> </w:t>
            </w:r>
          </w:p>
        </w:tc>
      </w:tr>
      <w:tr w:rsidR="00625966" w:rsidRPr="00436924" w14:paraId="5D7C1DB1" w14:textId="77777777">
        <w:trPr>
          <w:trHeight w:val="420"/>
          <w:jc w:val="center"/>
        </w:trPr>
        <w:tc>
          <w:tcPr>
            <w:tcW w:w="367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1BCC77B0" w14:textId="77777777" w:rsidR="00625966" w:rsidRPr="00436924" w:rsidRDefault="00000000">
            <w:pPr>
              <w:rPr>
                <w:rFonts w:ascii="Dubai" w:hAnsi="Dubai" w:cs="Dubai" w:hint="cs"/>
              </w:rPr>
            </w:pPr>
            <w:r w:rsidRPr="00436924">
              <w:rPr>
                <w:rFonts w:ascii="Dubai" w:hAnsi="Dubai" w:cs="Dubai" w:hint="cs"/>
              </w:rPr>
              <w:t>Tone of voice</w:t>
            </w:r>
          </w:p>
        </w:tc>
        <w:tc>
          <w:tcPr>
            <w:tcW w:w="64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0E18675E" w14:textId="77777777" w:rsidR="00625966" w:rsidRPr="00436924" w:rsidRDefault="00000000">
            <w:pPr>
              <w:jc w:val="center"/>
              <w:rPr>
                <w:rFonts w:ascii="Dubai" w:hAnsi="Dubai" w:cs="Dubai" w:hint="cs"/>
              </w:rPr>
            </w:pPr>
            <w:r w:rsidRPr="00436924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568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59423F1D" w14:textId="77777777" w:rsidR="00625966" w:rsidRPr="00436924" w:rsidRDefault="00000000">
            <w:pPr>
              <w:rPr>
                <w:rFonts w:ascii="Dubai" w:hAnsi="Dubai" w:cs="Dubai" w:hint="cs"/>
              </w:rPr>
            </w:pPr>
            <w:r w:rsidRPr="00436924">
              <w:rPr>
                <w:rFonts w:ascii="Dubai" w:hAnsi="Dubai" w:cs="Dubai" w:hint="cs"/>
              </w:rPr>
              <w:t xml:space="preserve"> </w:t>
            </w:r>
          </w:p>
        </w:tc>
      </w:tr>
      <w:tr w:rsidR="00625966" w:rsidRPr="00436924" w14:paraId="1AF8C41C" w14:textId="77777777">
        <w:trPr>
          <w:trHeight w:val="420"/>
          <w:jc w:val="center"/>
        </w:trPr>
        <w:tc>
          <w:tcPr>
            <w:tcW w:w="367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7D8BE730" w14:textId="77777777" w:rsidR="00625966" w:rsidRPr="00436924" w:rsidRDefault="00000000">
            <w:pPr>
              <w:rPr>
                <w:rFonts w:ascii="Dubai" w:hAnsi="Dubai" w:cs="Dubai" w:hint="cs"/>
              </w:rPr>
            </w:pPr>
            <w:r w:rsidRPr="00436924">
              <w:rPr>
                <w:rFonts w:ascii="Dubai" w:hAnsi="Dubai" w:cs="Dubai" w:hint="cs"/>
              </w:rPr>
              <w:t>Glossary / translation memory</w:t>
            </w:r>
          </w:p>
        </w:tc>
        <w:tc>
          <w:tcPr>
            <w:tcW w:w="64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7B311F1C" w14:textId="77777777" w:rsidR="00625966" w:rsidRPr="00436924" w:rsidRDefault="00000000">
            <w:pPr>
              <w:jc w:val="center"/>
              <w:rPr>
                <w:rFonts w:ascii="Dubai" w:hAnsi="Dubai" w:cs="Dubai" w:hint="cs"/>
              </w:rPr>
            </w:pPr>
            <w:r w:rsidRPr="00436924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568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26836CFC" w14:textId="77777777" w:rsidR="00625966" w:rsidRPr="00436924" w:rsidRDefault="00000000">
            <w:pPr>
              <w:rPr>
                <w:rFonts w:ascii="Dubai" w:hAnsi="Dubai" w:cs="Dubai" w:hint="cs"/>
              </w:rPr>
            </w:pPr>
            <w:r w:rsidRPr="00436924">
              <w:rPr>
                <w:rFonts w:ascii="Dubai" w:hAnsi="Dubai" w:cs="Dubai" w:hint="cs"/>
              </w:rPr>
              <w:t xml:space="preserve"> </w:t>
            </w:r>
          </w:p>
        </w:tc>
      </w:tr>
      <w:tr w:rsidR="00625966" w:rsidRPr="00436924" w14:paraId="1065B0BB" w14:textId="77777777">
        <w:trPr>
          <w:trHeight w:val="420"/>
          <w:jc w:val="center"/>
        </w:trPr>
        <w:tc>
          <w:tcPr>
            <w:tcW w:w="367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5488215D" w14:textId="77777777" w:rsidR="00625966" w:rsidRPr="00436924" w:rsidRDefault="00000000">
            <w:pPr>
              <w:rPr>
                <w:rFonts w:ascii="Dubai" w:hAnsi="Dubai" w:cs="Dubai" w:hint="cs"/>
              </w:rPr>
            </w:pPr>
            <w:r w:rsidRPr="00436924">
              <w:rPr>
                <w:rFonts w:ascii="Dubai" w:hAnsi="Dubai" w:cs="Dubai" w:hint="cs"/>
              </w:rPr>
              <w:t>References / past translations</w:t>
            </w:r>
          </w:p>
        </w:tc>
        <w:tc>
          <w:tcPr>
            <w:tcW w:w="64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0574D9A9" w14:textId="77777777" w:rsidR="00625966" w:rsidRPr="00436924" w:rsidRDefault="00000000">
            <w:pPr>
              <w:jc w:val="center"/>
              <w:rPr>
                <w:rFonts w:ascii="Dubai" w:hAnsi="Dubai" w:cs="Dubai" w:hint="cs"/>
              </w:rPr>
            </w:pPr>
            <w:r w:rsidRPr="00436924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568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6ECED8F2" w14:textId="77777777" w:rsidR="00625966" w:rsidRPr="00436924" w:rsidRDefault="00000000">
            <w:pPr>
              <w:rPr>
                <w:rFonts w:ascii="Dubai" w:hAnsi="Dubai" w:cs="Dubai" w:hint="cs"/>
              </w:rPr>
            </w:pPr>
            <w:r w:rsidRPr="00436924">
              <w:rPr>
                <w:rFonts w:ascii="Dubai" w:hAnsi="Dubai" w:cs="Dubai" w:hint="cs"/>
              </w:rPr>
              <w:t xml:space="preserve"> </w:t>
            </w:r>
          </w:p>
        </w:tc>
      </w:tr>
      <w:tr w:rsidR="00625966" w:rsidRPr="00436924" w14:paraId="689F654E" w14:textId="77777777">
        <w:trPr>
          <w:trHeight w:val="420"/>
          <w:jc w:val="center"/>
        </w:trPr>
        <w:tc>
          <w:tcPr>
            <w:tcW w:w="367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2839B04E" w14:textId="77777777" w:rsidR="00625966" w:rsidRPr="00436924" w:rsidRDefault="00000000">
            <w:pPr>
              <w:rPr>
                <w:rFonts w:ascii="Dubai" w:hAnsi="Dubai" w:cs="Dubai" w:hint="cs"/>
              </w:rPr>
            </w:pPr>
            <w:r w:rsidRPr="00436924">
              <w:rPr>
                <w:rFonts w:ascii="Dubai" w:hAnsi="Dubai" w:cs="Dubai" w:hint="cs"/>
              </w:rPr>
              <w:t>Purchase order number</w:t>
            </w:r>
          </w:p>
        </w:tc>
        <w:tc>
          <w:tcPr>
            <w:tcW w:w="64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482D66EB" w14:textId="77777777" w:rsidR="00625966" w:rsidRPr="00436924" w:rsidRDefault="00000000">
            <w:pPr>
              <w:jc w:val="center"/>
              <w:rPr>
                <w:rFonts w:ascii="Dubai" w:hAnsi="Dubai" w:cs="Dubai" w:hint="cs"/>
              </w:rPr>
            </w:pPr>
            <w:r w:rsidRPr="00436924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568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vAlign w:val="center"/>
          </w:tcPr>
          <w:p w14:paraId="10D22342" w14:textId="77777777" w:rsidR="00625966" w:rsidRPr="00436924" w:rsidRDefault="00000000">
            <w:pPr>
              <w:rPr>
                <w:rFonts w:ascii="Dubai" w:hAnsi="Dubai" w:cs="Dubai" w:hint="cs"/>
              </w:rPr>
            </w:pPr>
            <w:r w:rsidRPr="00436924">
              <w:rPr>
                <w:rFonts w:ascii="Dubai" w:hAnsi="Dubai" w:cs="Dubai" w:hint="cs"/>
              </w:rPr>
              <w:t xml:space="preserve"> </w:t>
            </w:r>
          </w:p>
        </w:tc>
      </w:tr>
    </w:tbl>
    <w:p w14:paraId="45FE425E" w14:textId="77777777" w:rsidR="00625966" w:rsidRPr="00436924" w:rsidRDefault="00625966">
      <w:pPr>
        <w:rPr>
          <w:rFonts w:ascii="Dubai" w:hAnsi="Dubai" w:cs="Dubai" w:hint="cs"/>
        </w:rPr>
      </w:pPr>
    </w:p>
    <w:p w14:paraId="4644F29B" w14:textId="77777777" w:rsidR="00625966" w:rsidRPr="00436924" w:rsidRDefault="00000000">
      <w:pPr>
        <w:rPr>
          <w:rFonts w:ascii="Dubai" w:hAnsi="Dubai" w:cs="Dubai" w:hint="cs"/>
        </w:rPr>
      </w:pPr>
      <w:r w:rsidRPr="00436924">
        <w:rPr>
          <w:rFonts w:ascii="Dubai" w:hAnsi="Dubai" w:cs="Dubai" w:hint="cs"/>
          <w:b/>
        </w:rPr>
        <w:t xml:space="preserve">Final check: </w:t>
      </w:r>
      <w:r w:rsidRPr="00436924">
        <w:rPr>
          <w:rFonts w:ascii="Segoe UI Symbol" w:hAnsi="Segoe UI Symbol" w:cs="Segoe UI Symbol"/>
        </w:rPr>
        <w:t>☐</w:t>
      </w:r>
      <w:r w:rsidRPr="00436924">
        <w:rPr>
          <w:rFonts w:ascii="Dubai" w:hAnsi="Dubai" w:cs="Dubai" w:hint="cs"/>
        </w:rPr>
        <w:t xml:space="preserve"> All client requirements confirmed before work begins.</w:t>
      </w:r>
    </w:p>
    <w:sectPr w:rsidR="00625966" w:rsidRPr="00436924" w:rsidSect="00436924">
      <w:headerReference w:type="default" r:id="rId8"/>
      <w:pgSz w:w="12240" w:h="15840"/>
      <w:pgMar w:top="413" w:right="884" w:bottom="936" w:left="1008" w:header="9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36A2123" w14:textId="77777777" w:rsidR="00432BAC" w:rsidRDefault="00432BAC" w:rsidP="00436924">
      <w:pPr>
        <w:spacing w:after="0" w:line="240" w:lineRule="auto"/>
      </w:pPr>
      <w:r>
        <w:separator/>
      </w:r>
    </w:p>
  </w:endnote>
  <w:endnote w:type="continuationSeparator" w:id="0">
    <w:p w14:paraId="06634C5E" w14:textId="77777777" w:rsidR="00432BAC" w:rsidRDefault="00432BAC" w:rsidP="004369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Dubai">
    <w:panose1 w:val="020B0503030403030204"/>
    <w:charset w:val="B2"/>
    <w:family w:val="swiss"/>
    <w:pitch w:val="variable"/>
    <w:sig w:usb0="80002067" w:usb1="80000000" w:usb2="00000008" w:usb3="00000000" w:csb0="0000004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8A98213" w14:textId="77777777" w:rsidR="00432BAC" w:rsidRDefault="00432BAC" w:rsidP="00436924">
      <w:pPr>
        <w:spacing w:after="0" w:line="240" w:lineRule="auto"/>
      </w:pPr>
      <w:r>
        <w:separator/>
      </w:r>
    </w:p>
  </w:footnote>
  <w:footnote w:type="continuationSeparator" w:id="0">
    <w:p w14:paraId="42042198" w14:textId="77777777" w:rsidR="00432BAC" w:rsidRDefault="00432BAC" w:rsidP="004369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E1B69DA" w14:textId="1684DACA" w:rsidR="00436924" w:rsidRDefault="00436924" w:rsidP="00436924">
    <w:pPr>
      <w:pStyle w:val="Header"/>
      <w:ind w:right="18"/>
      <w:jc w:val="center"/>
    </w:pPr>
    <w:r>
      <w:rPr>
        <w:rFonts w:asciiTheme="majorHAnsi" w:hAnsiTheme="majorHAnsi" w:cstheme="majorHAnsi"/>
        <w:b/>
        <w:noProof/>
        <w:sz w:val="36"/>
      </w:rPr>
      <w:drawing>
        <wp:inline distT="0" distB="0" distL="0" distR="0" wp14:anchorId="142617DB" wp14:editId="3E3661B2">
          <wp:extent cx="762964" cy="538563"/>
          <wp:effectExtent l="0" t="0" r="0" b="0"/>
          <wp:docPr id="95689107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72989677" name="Picture 197298967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99518" cy="56436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tab/>
    </w:r>
    <w:r>
      <w:rPr>
        <w:noProof/>
      </w:rPr>
      <w:drawing>
        <wp:inline distT="0" distB="0" distL="0" distR="0" wp14:anchorId="265F847A" wp14:editId="13CA20E5">
          <wp:extent cx="1478721" cy="563777"/>
          <wp:effectExtent l="0" t="0" r="0" b="0"/>
          <wp:docPr id="1899507348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99507348" name="Picture 1899507348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628346" cy="62082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55691464">
    <w:abstractNumId w:val="8"/>
  </w:num>
  <w:num w:numId="2" w16cid:durableId="730227598">
    <w:abstractNumId w:val="6"/>
  </w:num>
  <w:num w:numId="3" w16cid:durableId="1649508123">
    <w:abstractNumId w:val="5"/>
  </w:num>
  <w:num w:numId="4" w16cid:durableId="190806145">
    <w:abstractNumId w:val="4"/>
  </w:num>
  <w:num w:numId="5" w16cid:durableId="10690160">
    <w:abstractNumId w:val="7"/>
  </w:num>
  <w:num w:numId="6" w16cid:durableId="523396512">
    <w:abstractNumId w:val="3"/>
  </w:num>
  <w:num w:numId="7" w16cid:durableId="1532260687">
    <w:abstractNumId w:val="2"/>
  </w:num>
  <w:num w:numId="8" w16cid:durableId="992872524">
    <w:abstractNumId w:val="1"/>
  </w:num>
  <w:num w:numId="9" w16cid:durableId="152616742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8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432BAC"/>
    <w:rsid w:val="00436924"/>
    <w:rsid w:val="00625966"/>
    <w:rsid w:val="00790E81"/>
    <w:rsid w:val="007918AE"/>
    <w:rsid w:val="009E4296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6BB52D9A"/>
  <w14:defaultImageDpi w14:val="300"/>
  <w15:docId w15:val="{2397826D-AEAF-9F48-B360-15A91D65F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80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536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Ruth Simpson</cp:lastModifiedBy>
  <cp:revision>3</cp:revision>
  <dcterms:created xsi:type="dcterms:W3CDTF">2026-10-05T12:38:00Z</dcterms:created>
  <dcterms:modified xsi:type="dcterms:W3CDTF">2026-10-05T12:44:00Z</dcterms:modified>
  <cp:category/>
</cp:coreProperties>
</file>